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1B8B" w14:textId="77777777" w:rsidR="001B3AC5" w:rsidRDefault="001B3AC5">
      <w:pPr>
        <w:jc w:val="center"/>
        <w:rPr>
          <w:b/>
          <w:color w:val="17365D"/>
          <w:sz w:val="24"/>
          <w:lang w:val="es-MX"/>
        </w:rPr>
      </w:pPr>
    </w:p>
    <w:p w14:paraId="1759B112" w14:textId="77777777" w:rsidR="001B3AC5" w:rsidRPr="002865F3" w:rsidRDefault="001B3AC5" w:rsidP="001B3AC5">
      <w:pPr>
        <w:jc w:val="center"/>
        <w:rPr>
          <w:lang w:val="es-MX"/>
        </w:rPr>
      </w:pPr>
      <w:r w:rsidRPr="002865F3">
        <w:rPr>
          <w:b/>
          <w:color w:val="17365D"/>
          <w:sz w:val="40"/>
          <w:lang w:val="es-MX"/>
        </w:rPr>
        <w:t>FORMATO DE ACEPTACIÓN</w:t>
      </w:r>
    </w:p>
    <w:p w14:paraId="57F7830B" w14:textId="1AF794E2" w:rsidR="00780A62" w:rsidRPr="002865F3" w:rsidRDefault="00DD4B61">
      <w:pPr>
        <w:jc w:val="center"/>
        <w:rPr>
          <w:lang w:val="es-MX"/>
        </w:rPr>
      </w:pPr>
      <w:r w:rsidRPr="002865F3">
        <w:rPr>
          <w:b/>
          <w:color w:val="17365D"/>
          <w:sz w:val="24"/>
          <w:lang w:val="es-MX"/>
        </w:rPr>
        <w:t>COMO PARTICIPANTE EN LA CONVOCATORIA RETOS</w:t>
      </w:r>
      <w:r w:rsidR="00147CF4">
        <w:rPr>
          <w:b/>
          <w:color w:val="17365D"/>
          <w:sz w:val="24"/>
          <w:lang w:val="es-MX"/>
        </w:rPr>
        <w:t xml:space="preserve"> DE INGENIERÍA 2026</w:t>
      </w:r>
    </w:p>
    <w:p w14:paraId="4D6B2419" w14:textId="6CFC7E5B" w:rsidR="00780A62" w:rsidRPr="002865F3" w:rsidRDefault="00DD4B61" w:rsidP="002865F3">
      <w:pPr>
        <w:jc w:val="both"/>
        <w:rPr>
          <w:lang w:val="es-MX"/>
        </w:rPr>
      </w:pPr>
      <w:r w:rsidRPr="002865F3">
        <w:rPr>
          <w:lang w:val="es-MX"/>
        </w:rPr>
        <w:t xml:space="preserve">Por medio del presente, manifiesto mi interés y aceptación para participar en la Convocatoria </w:t>
      </w:r>
      <w:r w:rsidRPr="007B06E2">
        <w:rPr>
          <w:lang w:val="es-MX"/>
        </w:rPr>
        <w:t>RETOS</w:t>
      </w:r>
      <w:r w:rsidR="00E160AE" w:rsidRPr="007B06E2">
        <w:rPr>
          <w:lang w:val="es-MX"/>
        </w:rPr>
        <w:t xml:space="preserve"> </w:t>
      </w:r>
      <w:r w:rsidR="00C22A4D" w:rsidRPr="007B06E2">
        <w:rPr>
          <w:lang w:val="es-MX"/>
        </w:rPr>
        <w:t xml:space="preserve">DE INGENIERÍA </w:t>
      </w:r>
      <w:r w:rsidR="002865F3" w:rsidRPr="007B06E2">
        <w:rPr>
          <w:lang w:val="es-MX"/>
        </w:rPr>
        <w:t>2026</w:t>
      </w:r>
      <w:r w:rsidR="00E160AE">
        <w:rPr>
          <w:lang w:val="es-MX"/>
        </w:rPr>
        <w:t xml:space="preserve">: </w:t>
      </w:r>
      <w:r w:rsidR="002865F3" w:rsidRPr="002865F3">
        <w:rPr>
          <w:lang w:val="es-MX"/>
        </w:rPr>
        <w:t>Nexo Agua-Energía para la Sostenibilidad de Querétaro</w:t>
      </w:r>
      <w:r w:rsidRPr="002865F3">
        <w:rPr>
          <w:lang w:val="es-MX"/>
        </w:rPr>
        <w:t>, y me comprometo a cumplir con las bases, lineamientos y condiciones establecidos en la misma.</w:t>
      </w: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3900"/>
        <w:gridCol w:w="6468"/>
      </w:tblGrid>
      <w:tr w:rsidR="00780A62" w:rsidRPr="00D279ED" w14:paraId="254151AC" w14:textId="77777777" w:rsidTr="009D46F2">
        <w:trPr>
          <w:jc w:val="center"/>
        </w:trPr>
        <w:tc>
          <w:tcPr>
            <w:tcW w:w="3900" w:type="dxa"/>
            <w:vAlign w:val="center"/>
          </w:tcPr>
          <w:p w14:paraId="2254AA87" w14:textId="77777777" w:rsidR="00780A62" w:rsidRPr="00D279ED" w:rsidRDefault="00DD4B61">
            <w:pPr>
              <w:rPr>
                <w:szCs w:val="28"/>
              </w:rPr>
            </w:pPr>
            <w:r w:rsidRPr="00D279ED">
              <w:rPr>
                <w:b/>
                <w:color w:val="17365D"/>
                <w:szCs w:val="28"/>
              </w:rPr>
              <w:t xml:space="preserve">Nombre </w:t>
            </w:r>
            <w:proofErr w:type="spellStart"/>
            <w:r w:rsidRPr="00D279ED">
              <w:rPr>
                <w:b/>
                <w:color w:val="17365D"/>
                <w:szCs w:val="28"/>
              </w:rPr>
              <w:t>completo</w:t>
            </w:r>
            <w:proofErr w:type="spellEnd"/>
            <w:r w:rsidRPr="00D279ED">
              <w:rPr>
                <w:b/>
                <w:color w:val="17365D"/>
                <w:szCs w:val="28"/>
              </w:rPr>
              <w:t xml:space="preserve"> del </w:t>
            </w:r>
            <w:proofErr w:type="spellStart"/>
            <w:r w:rsidRPr="00D279ED">
              <w:rPr>
                <w:b/>
                <w:color w:val="17365D"/>
                <w:szCs w:val="28"/>
              </w:rPr>
              <w:t>estudiante</w:t>
            </w:r>
            <w:proofErr w:type="spellEnd"/>
            <w:r w:rsidRPr="00D279ED">
              <w:rPr>
                <w:b/>
                <w:color w:val="17365D"/>
                <w:szCs w:val="28"/>
              </w:rPr>
              <w:t>:</w:t>
            </w:r>
          </w:p>
        </w:tc>
        <w:tc>
          <w:tcPr>
            <w:tcW w:w="6468" w:type="dxa"/>
            <w:vAlign w:val="center"/>
          </w:tcPr>
          <w:p w14:paraId="251EAF8C" w14:textId="54E2FE4A" w:rsidR="00780A62" w:rsidRPr="00D279ED" w:rsidRDefault="004052A3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</w:t>
            </w:r>
          </w:p>
        </w:tc>
      </w:tr>
      <w:tr w:rsidR="00780A62" w:rsidRPr="00D279ED" w14:paraId="3C5CFE7C" w14:textId="77777777" w:rsidTr="009D46F2">
        <w:trPr>
          <w:jc w:val="center"/>
        </w:trPr>
        <w:tc>
          <w:tcPr>
            <w:tcW w:w="3900" w:type="dxa"/>
            <w:vAlign w:val="center"/>
          </w:tcPr>
          <w:p w14:paraId="55E6F5B8" w14:textId="77777777" w:rsidR="00780A62" w:rsidRPr="00D279ED" w:rsidRDefault="00DD4B61">
            <w:pPr>
              <w:rPr>
                <w:szCs w:val="28"/>
              </w:rPr>
            </w:pPr>
            <w:r w:rsidRPr="00D279ED">
              <w:rPr>
                <w:b/>
                <w:color w:val="17365D"/>
                <w:szCs w:val="28"/>
              </w:rPr>
              <w:t xml:space="preserve">Universidad / </w:t>
            </w:r>
            <w:proofErr w:type="spellStart"/>
            <w:r w:rsidRPr="00D279ED">
              <w:rPr>
                <w:b/>
                <w:color w:val="17365D"/>
                <w:szCs w:val="28"/>
              </w:rPr>
              <w:t>Institución</w:t>
            </w:r>
            <w:proofErr w:type="spellEnd"/>
            <w:r w:rsidRPr="00D279ED">
              <w:rPr>
                <w:b/>
                <w:color w:val="17365D"/>
                <w:szCs w:val="28"/>
              </w:rPr>
              <w:t>:</w:t>
            </w:r>
          </w:p>
        </w:tc>
        <w:tc>
          <w:tcPr>
            <w:tcW w:w="6468" w:type="dxa"/>
            <w:vAlign w:val="center"/>
          </w:tcPr>
          <w:p w14:paraId="186D8391" w14:textId="0F92C48D" w:rsidR="00780A62" w:rsidRPr="00D279ED" w:rsidRDefault="004052A3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</w:t>
            </w:r>
          </w:p>
        </w:tc>
      </w:tr>
      <w:tr w:rsidR="00780A62" w:rsidRPr="00D279ED" w14:paraId="1DA1EB51" w14:textId="77777777" w:rsidTr="009D46F2">
        <w:trPr>
          <w:jc w:val="center"/>
        </w:trPr>
        <w:tc>
          <w:tcPr>
            <w:tcW w:w="3900" w:type="dxa"/>
            <w:vAlign w:val="center"/>
          </w:tcPr>
          <w:p w14:paraId="569BA659" w14:textId="0328EEA1" w:rsidR="00780A62" w:rsidRPr="00D279ED" w:rsidRDefault="00DD4B61">
            <w:pPr>
              <w:rPr>
                <w:szCs w:val="28"/>
                <w:lang w:val="es-MX"/>
              </w:rPr>
            </w:pPr>
            <w:r w:rsidRPr="00D279ED">
              <w:rPr>
                <w:b/>
                <w:color w:val="17365D"/>
                <w:szCs w:val="28"/>
                <w:lang w:val="es-MX"/>
              </w:rPr>
              <w:t xml:space="preserve">Licenciatura o </w:t>
            </w:r>
            <w:r w:rsidR="00BA7401">
              <w:rPr>
                <w:b/>
                <w:color w:val="17365D"/>
                <w:szCs w:val="28"/>
                <w:lang w:val="es-MX"/>
              </w:rPr>
              <w:t>posgrado</w:t>
            </w:r>
            <w:r w:rsidRPr="00D279ED">
              <w:rPr>
                <w:b/>
                <w:color w:val="17365D"/>
                <w:szCs w:val="28"/>
                <w:lang w:val="es-MX"/>
              </w:rPr>
              <w:br/>
              <w:t>(tachar la casilla según corresponda):</w:t>
            </w:r>
          </w:p>
        </w:tc>
        <w:tc>
          <w:tcPr>
            <w:tcW w:w="6468" w:type="dxa"/>
            <w:vAlign w:val="center"/>
          </w:tcPr>
          <w:p w14:paraId="2C49933A" w14:textId="77777777" w:rsidR="00780A62" w:rsidRPr="00D279ED" w:rsidRDefault="00DD4B61">
            <w:pPr>
              <w:rPr>
                <w:szCs w:val="28"/>
              </w:rPr>
            </w:pPr>
            <w:proofErr w:type="spellStart"/>
            <w:r w:rsidRPr="00D279ED">
              <w:rPr>
                <w:szCs w:val="28"/>
              </w:rPr>
              <w:t>Licenciatura</w:t>
            </w:r>
            <w:proofErr w:type="spellEnd"/>
            <w:r w:rsidRPr="00D279ED">
              <w:rPr>
                <w:szCs w:val="28"/>
              </w:rPr>
              <w:t xml:space="preserve">  ☐     |     </w:t>
            </w:r>
            <w:proofErr w:type="spellStart"/>
            <w:r w:rsidRPr="00D279ED">
              <w:rPr>
                <w:szCs w:val="28"/>
              </w:rPr>
              <w:t>Posgrado</w:t>
            </w:r>
            <w:proofErr w:type="spellEnd"/>
            <w:r w:rsidRPr="00D279ED">
              <w:rPr>
                <w:szCs w:val="28"/>
              </w:rPr>
              <w:t xml:space="preserve">  ☐</w:t>
            </w:r>
          </w:p>
        </w:tc>
      </w:tr>
      <w:tr w:rsidR="00780A62" w:rsidRPr="00D279ED" w14:paraId="1C246B4F" w14:textId="77777777" w:rsidTr="009D46F2">
        <w:trPr>
          <w:jc w:val="center"/>
        </w:trPr>
        <w:tc>
          <w:tcPr>
            <w:tcW w:w="3900" w:type="dxa"/>
            <w:vAlign w:val="center"/>
          </w:tcPr>
          <w:p w14:paraId="67CD54B2" w14:textId="77777777" w:rsidR="00780A62" w:rsidRPr="00D279ED" w:rsidRDefault="00DD4B61">
            <w:pPr>
              <w:rPr>
                <w:szCs w:val="28"/>
              </w:rPr>
            </w:pPr>
            <w:proofErr w:type="spellStart"/>
            <w:r w:rsidRPr="00D279ED">
              <w:rPr>
                <w:b/>
                <w:color w:val="17365D"/>
                <w:szCs w:val="28"/>
              </w:rPr>
              <w:t>Fecha</w:t>
            </w:r>
            <w:proofErr w:type="spellEnd"/>
            <w:r w:rsidRPr="00D279ED">
              <w:rPr>
                <w:b/>
                <w:color w:val="17365D"/>
                <w:szCs w:val="28"/>
              </w:rPr>
              <w:t>:</w:t>
            </w:r>
          </w:p>
        </w:tc>
        <w:tc>
          <w:tcPr>
            <w:tcW w:w="6468" w:type="dxa"/>
            <w:vAlign w:val="center"/>
          </w:tcPr>
          <w:p w14:paraId="4B371B70" w14:textId="77777777" w:rsidR="00780A62" w:rsidRPr="00D279ED" w:rsidRDefault="00DD4B61">
            <w:pPr>
              <w:rPr>
                <w:szCs w:val="28"/>
              </w:rPr>
            </w:pPr>
            <w:r w:rsidRPr="00D279ED">
              <w:rPr>
                <w:szCs w:val="28"/>
              </w:rPr>
              <w:t>____ / ____ / ________    (DD / MM / AAAA)</w:t>
            </w:r>
          </w:p>
        </w:tc>
      </w:tr>
      <w:tr w:rsidR="00780A62" w:rsidRPr="00D279ED" w14:paraId="1D4EEB81" w14:textId="77777777" w:rsidTr="009D46F2">
        <w:trPr>
          <w:jc w:val="center"/>
        </w:trPr>
        <w:tc>
          <w:tcPr>
            <w:tcW w:w="3900" w:type="dxa"/>
            <w:vAlign w:val="center"/>
          </w:tcPr>
          <w:p w14:paraId="39FC7B5D" w14:textId="54575820" w:rsidR="00780A62" w:rsidRPr="00D279ED" w:rsidRDefault="00483401">
            <w:pPr>
              <w:rPr>
                <w:szCs w:val="28"/>
              </w:rPr>
            </w:pPr>
            <w:r>
              <w:rPr>
                <w:b/>
                <w:color w:val="17365D"/>
                <w:szCs w:val="28"/>
              </w:rPr>
              <w:t xml:space="preserve">Carrera o </w:t>
            </w:r>
            <w:proofErr w:type="spellStart"/>
            <w:r>
              <w:rPr>
                <w:b/>
                <w:color w:val="17365D"/>
                <w:szCs w:val="28"/>
              </w:rPr>
              <w:t>programa</w:t>
            </w:r>
            <w:proofErr w:type="spellEnd"/>
            <w:r>
              <w:rPr>
                <w:b/>
                <w:color w:val="17365D"/>
                <w:szCs w:val="28"/>
              </w:rPr>
              <w:t xml:space="preserve"> </w:t>
            </w:r>
            <w:proofErr w:type="spellStart"/>
            <w:r>
              <w:rPr>
                <w:b/>
                <w:color w:val="17365D"/>
                <w:szCs w:val="28"/>
              </w:rPr>
              <w:t>educativo</w:t>
            </w:r>
            <w:proofErr w:type="spellEnd"/>
            <w:r w:rsidR="00DD4B61" w:rsidRPr="00D279ED">
              <w:rPr>
                <w:b/>
                <w:color w:val="17365D"/>
                <w:szCs w:val="28"/>
              </w:rPr>
              <w:t>:</w:t>
            </w:r>
          </w:p>
        </w:tc>
        <w:tc>
          <w:tcPr>
            <w:tcW w:w="6468" w:type="dxa"/>
            <w:vAlign w:val="center"/>
          </w:tcPr>
          <w:p w14:paraId="261561A0" w14:textId="3FEDDC46" w:rsidR="00780A62" w:rsidRPr="00D279ED" w:rsidRDefault="009D46F2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</w:t>
            </w:r>
          </w:p>
        </w:tc>
      </w:tr>
      <w:tr w:rsidR="00780A62" w:rsidRPr="00D279ED" w14:paraId="4C81E31E" w14:textId="77777777" w:rsidTr="009D46F2">
        <w:trPr>
          <w:jc w:val="center"/>
        </w:trPr>
        <w:tc>
          <w:tcPr>
            <w:tcW w:w="3900" w:type="dxa"/>
            <w:vAlign w:val="center"/>
          </w:tcPr>
          <w:p w14:paraId="77AD6610" w14:textId="35DCA1F7" w:rsidR="00780A62" w:rsidRPr="00D279ED" w:rsidRDefault="00DD4B61">
            <w:pPr>
              <w:rPr>
                <w:szCs w:val="28"/>
                <w:lang w:val="es-MX"/>
              </w:rPr>
            </w:pPr>
            <w:r w:rsidRPr="00D279ED">
              <w:rPr>
                <w:b/>
                <w:color w:val="17365D"/>
                <w:szCs w:val="28"/>
                <w:lang w:val="es-MX"/>
              </w:rPr>
              <w:t>Identificación vigente</w:t>
            </w:r>
            <w:r w:rsidR="00BA7401">
              <w:rPr>
                <w:b/>
                <w:color w:val="17365D"/>
                <w:szCs w:val="28"/>
                <w:lang w:val="es-MX"/>
              </w:rPr>
              <w:t>:</w:t>
            </w:r>
            <w:r w:rsidRPr="00D279ED">
              <w:rPr>
                <w:b/>
                <w:color w:val="17365D"/>
                <w:szCs w:val="28"/>
                <w:lang w:val="es-MX"/>
              </w:rPr>
              <w:br/>
            </w:r>
          </w:p>
        </w:tc>
        <w:tc>
          <w:tcPr>
            <w:tcW w:w="6468" w:type="dxa"/>
            <w:vAlign w:val="center"/>
          </w:tcPr>
          <w:p w14:paraId="5231687A" w14:textId="77777777" w:rsidR="00780A62" w:rsidRPr="00D279ED" w:rsidRDefault="00DD4B61">
            <w:pPr>
              <w:rPr>
                <w:szCs w:val="28"/>
              </w:rPr>
            </w:pPr>
            <w:r w:rsidRPr="00D279ED">
              <w:rPr>
                <w:szCs w:val="28"/>
              </w:rPr>
              <w:t>Tipo: ______________________________</w:t>
            </w:r>
            <w:r w:rsidRPr="00D279ED">
              <w:rPr>
                <w:szCs w:val="28"/>
              </w:rPr>
              <w:br/>
            </w:r>
            <w:proofErr w:type="spellStart"/>
            <w:r w:rsidRPr="00D279ED">
              <w:rPr>
                <w:szCs w:val="28"/>
              </w:rPr>
              <w:t>Número</w:t>
            </w:r>
            <w:proofErr w:type="spellEnd"/>
            <w:r w:rsidRPr="00D279ED">
              <w:rPr>
                <w:szCs w:val="28"/>
              </w:rPr>
              <w:t>: ____________________________</w:t>
            </w:r>
          </w:p>
        </w:tc>
      </w:tr>
    </w:tbl>
    <w:p w14:paraId="16E18750" w14:textId="77777777" w:rsidR="00D279ED" w:rsidRDefault="00D279ED" w:rsidP="00D279ED">
      <w:pPr>
        <w:jc w:val="both"/>
        <w:rPr>
          <w:b/>
          <w:color w:val="17365D"/>
          <w:lang w:val="es-MX"/>
        </w:rPr>
      </w:pPr>
    </w:p>
    <w:p w14:paraId="2DF2C4B9" w14:textId="6C3E3F25" w:rsidR="00780A62" w:rsidRPr="00D279ED" w:rsidRDefault="00DD4B61" w:rsidP="00D279ED">
      <w:pPr>
        <w:jc w:val="both"/>
        <w:rPr>
          <w:lang w:val="es-MX"/>
        </w:rPr>
      </w:pPr>
      <w:r w:rsidRPr="002865F3">
        <w:rPr>
          <w:b/>
          <w:color w:val="17365D"/>
          <w:lang w:val="es-MX"/>
        </w:rPr>
        <w:t xml:space="preserve">☑  </w:t>
      </w:r>
      <w:r w:rsidRPr="00D279ED">
        <w:rPr>
          <w:lang w:val="es-MX"/>
        </w:rPr>
        <w:t>Declaro que he leído y entendido en su totalidad la Convocatoria RETOS</w:t>
      </w:r>
      <w:r w:rsidR="0091640C">
        <w:rPr>
          <w:lang w:val="es-MX"/>
        </w:rPr>
        <w:t xml:space="preserve"> DE INGENIERÍA 2026</w:t>
      </w:r>
      <w:r w:rsidRPr="00D279ED">
        <w:rPr>
          <w:lang w:val="es-MX"/>
        </w:rPr>
        <w:t xml:space="preserve"> , y acepto las bases, lineamientos y condiciones establecidos en la misma.</w:t>
      </w:r>
    </w:p>
    <w:p w14:paraId="5571CA58" w14:textId="57B17035" w:rsidR="00780A62" w:rsidRPr="00D279ED" w:rsidRDefault="00DD4B61" w:rsidP="00D279ED">
      <w:pPr>
        <w:jc w:val="both"/>
        <w:rPr>
          <w:lang w:val="es-MX"/>
        </w:rPr>
      </w:pPr>
      <w:r w:rsidRPr="00D279ED">
        <w:rPr>
          <w:b/>
          <w:color w:val="17365D"/>
          <w:lang w:val="es-MX"/>
        </w:rPr>
        <w:t xml:space="preserve">☑  </w:t>
      </w:r>
      <w:r w:rsidRPr="00D279ED">
        <w:rPr>
          <w:lang w:val="es-MX"/>
        </w:rPr>
        <w:t xml:space="preserve">Declaro que la información proporcionada en este formato es verídica y autorizo su uso para los fines relacionados con mi participación en la Convocatoria </w:t>
      </w:r>
      <w:r w:rsidR="0091640C">
        <w:rPr>
          <w:lang w:val="es-MX"/>
        </w:rPr>
        <w:t>RETOS DE INGENIERÍA 2026.</w:t>
      </w:r>
    </w:p>
    <w:p w14:paraId="50BD6EDC" w14:textId="403FA50A" w:rsidR="00D279ED" w:rsidRDefault="00D279ED">
      <w:pPr>
        <w:spacing w:before="160"/>
        <w:jc w:val="center"/>
        <w:rPr>
          <w:lang w:val="es-MX"/>
        </w:rPr>
      </w:pPr>
    </w:p>
    <w:p w14:paraId="7EB9639E" w14:textId="77777777" w:rsidR="00D279ED" w:rsidRDefault="00D279ED">
      <w:pPr>
        <w:spacing w:before="160"/>
        <w:jc w:val="center"/>
        <w:rPr>
          <w:lang w:val="es-MX"/>
        </w:rPr>
      </w:pPr>
    </w:p>
    <w:p w14:paraId="096C6358" w14:textId="6F217360" w:rsidR="00780A62" w:rsidRPr="002865F3" w:rsidRDefault="00DD4B61">
      <w:pPr>
        <w:spacing w:before="160"/>
        <w:jc w:val="center"/>
        <w:rPr>
          <w:lang w:val="es-MX"/>
        </w:rPr>
      </w:pPr>
      <w:r w:rsidRPr="002865F3">
        <w:rPr>
          <w:lang w:val="es-MX"/>
        </w:rPr>
        <w:t>________________</w:t>
      </w:r>
      <w:r w:rsidR="00D279ED">
        <w:rPr>
          <w:lang w:val="es-MX"/>
        </w:rPr>
        <w:t>___________</w:t>
      </w:r>
      <w:r w:rsidRPr="002865F3">
        <w:rPr>
          <w:lang w:val="es-MX"/>
        </w:rPr>
        <w:t>_______</w:t>
      </w:r>
    </w:p>
    <w:p w14:paraId="14E947C2" w14:textId="77777777" w:rsidR="00780A62" w:rsidRDefault="00DD4B61">
      <w:pPr>
        <w:jc w:val="center"/>
        <w:rPr>
          <w:sz w:val="19"/>
          <w:lang w:val="es-MX"/>
        </w:rPr>
      </w:pPr>
      <w:r w:rsidRPr="002865F3">
        <w:rPr>
          <w:sz w:val="19"/>
          <w:lang w:val="es-MX"/>
        </w:rPr>
        <w:t>(Nombre y firma)</w:t>
      </w:r>
    </w:p>
    <w:p w14:paraId="3EBDE81A" w14:textId="77777777" w:rsidR="00E160AE" w:rsidRDefault="00E160AE">
      <w:pPr>
        <w:jc w:val="center"/>
        <w:rPr>
          <w:sz w:val="19"/>
          <w:lang w:val="es-MX"/>
        </w:rPr>
      </w:pPr>
    </w:p>
    <w:p w14:paraId="78FC0EF1" w14:textId="77777777" w:rsidR="00E160AE" w:rsidRDefault="00E160AE">
      <w:pPr>
        <w:jc w:val="center"/>
        <w:rPr>
          <w:sz w:val="19"/>
          <w:lang w:val="es-MX"/>
        </w:rPr>
      </w:pPr>
    </w:p>
    <w:p w14:paraId="4CB1A31A" w14:textId="77777777" w:rsidR="00E160AE" w:rsidRPr="002865F3" w:rsidRDefault="00E160AE">
      <w:pPr>
        <w:jc w:val="center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780A62" w:rsidRPr="007B06E2" w14:paraId="4D998AFF" w14:textId="77777777">
        <w:trPr>
          <w:jc w:val="center"/>
        </w:trPr>
        <w:tc>
          <w:tcPr>
            <w:tcW w:w="10224" w:type="dxa"/>
            <w:shd w:val="clear" w:color="auto" w:fill="EAF0F7"/>
          </w:tcPr>
          <w:p w14:paraId="5472A7BB" w14:textId="77777777" w:rsidR="00780A62" w:rsidRPr="002865F3" w:rsidRDefault="00DD4B61">
            <w:pPr>
              <w:rPr>
                <w:lang w:val="es-MX"/>
              </w:rPr>
            </w:pPr>
            <w:r w:rsidRPr="002865F3">
              <w:rPr>
                <w:b/>
                <w:color w:val="17365D"/>
                <w:sz w:val="19"/>
                <w:lang w:val="es-MX"/>
              </w:rPr>
              <w:t xml:space="preserve">NOTA: </w:t>
            </w:r>
            <w:r w:rsidRPr="002865F3">
              <w:rPr>
                <w:sz w:val="19"/>
                <w:lang w:val="es-MX"/>
              </w:rPr>
              <w:t>Este formato deberá entregarse debidamente requisitado y firmado, conforme a lo establecido en la convocatoria.</w:t>
            </w:r>
          </w:p>
        </w:tc>
      </w:tr>
    </w:tbl>
    <w:p w14:paraId="20692262" w14:textId="7C58D07B" w:rsidR="00D279ED" w:rsidRPr="00D279ED" w:rsidRDefault="00D279ED" w:rsidP="00D279ED">
      <w:pPr>
        <w:tabs>
          <w:tab w:val="left" w:pos="6030"/>
        </w:tabs>
        <w:rPr>
          <w:lang w:val="es-MX"/>
        </w:rPr>
      </w:pPr>
      <w:r>
        <w:rPr>
          <w:lang w:val="es-MX"/>
        </w:rPr>
        <w:tab/>
      </w:r>
    </w:p>
    <w:sectPr w:rsidR="00D279ED" w:rsidRPr="00D279ED" w:rsidSect="00D279ED">
      <w:headerReference w:type="default" r:id="rId8"/>
      <w:footerReference w:type="default" r:id="rId9"/>
      <w:pgSz w:w="12240" w:h="15840"/>
      <w:pgMar w:top="1701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8981" w14:textId="77777777" w:rsidR="00603452" w:rsidRDefault="00603452">
      <w:pPr>
        <w:spacing w:after="0" w:line="240" w:lineRule="auto"/>
      </w:pPr>
      <w:r>
        <w:separator/>
      </w:r>
    </w:p>
  </w:endnote>
  <w:endnote w:type="continuationSeparator" w:id="0">
    <w:p w14:paraId="59AC049D" w14:textId="77777777" w:rsidR="00603452" w:rsidRDefault="0060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32432" w14:textId="118AC111" w:rsidR="00780A62" w:rsidRPr="00D279ED" w:rsidRDefault="00DD4B61">
    <w:pPr>
      <w:pStyle w:val="Piedepgina"/>
      <w:jc w:val="center"/>
      <w:rPr>
        <w:lang w:val="es-MX"/>
      </w:rPr>
    </w:pPr>
    <w:r w:rsidRPr="002865F3">
      <w:rPr>
        <w:sz w:val="16"/>
        <w:lang w:val="es-MX"/>
      </w:rPr>
      <w:t>Convocatoria RETOS</w:t>
    </w:r>
    <w:r w:rsidR="00C22A4D">
      <w:rPr>
        <w:sz w:val="16"/>
        <w:lang w:val="es-MX"/>
      </w:rPr>
      <w:t xml:space="preserve"> DE INGENIERÍA</w:t>
    </w:r>
    <w:r w:rsidRPr="002865F3">
      <w:rPr>
        <w:sz w:val="16"/>
        <w:lang w:val="es-MX"/>
      </w:rPr>
      <w:t xml:space="preserve"> </w:t>
    </w:r>
    <w:r w:rsidR="00D279ED">
      <w:rPr>
        <w:sz w:val="16"/>
        <w:lang w:val="es-MX"/>
      </w:rPr>
      <w:t xml:space="preserve">2026: </w:t>
    </w:r>
    <w:r w:rsidR="00D279ED" w:rsidRPr="00D279ED">
      <w:rPr>
        <w:sz w:val="16"/>
        <w:lang w:val="es-MX"/>
      </w:rPr>
      <w:t>Nexo Agua-Energía para la Sostenibilidad de Querétaro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CEC2" w14:textId="77777777" w:rsidR="00603452" w:rsidRDefault="00603452">
      <w:pPr>
        <w:spacing w:after="0" w:line="240" w:lineRule="auto"/>
      </w:pPr>
      <w:r>
        <w:separator/>
      </w:r>
    </w:p>
  </w:footnote>
  <w:footnote w:type="continuationSeparator" w:id="0">
    <w:p w14:paraId="57C4F2B8" w14:textId="77777777" w:rsidR="00603452" w:rsidRDefault="00603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7A41" w14:textId="205F4AA7" w:rsidR="00D279ED" w:rsidRDefault="001B3AC5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2BFA24B" wp14:editId="12D95F72">
              <wp:simplePos x="0" y="0"/>
              <wp:positionH relativeFrom="column">
                <wp:posOffset>1788795</wp:posOffset>
              </wp:positionH>
              <wp:positionV relativeFrom="paragraph">
                <wp:posOffset>142875</wp:posOffset>
              </wp:positionV>
              <wp:extent cx="50768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BB3FA3" w14:textId="1FEA0F87" w:rsidR="00C22A4D" w:rsidRDefault="001B3AC5" w:rsidP="007B06E2">
                          <w:pPr>
                            <w:spacing w:after="0" w:line="240" w:lineRule="auto"/>
                            <w:rPr>
                              <w:color w:val="000000" w:themeColor="text1"/>
                              <w:sz w:val="24"/>
                              <w:szCs w:val="24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B3AC5">
                            <w:rPr>
                              <w:color w:val="000000" w:themeColor="text1"/>
                              <w:sz w:val="24"/>
                              <w:szCs w:val="24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Retos</w:t>
                          </w:r>
                          <w:r w:rsidR="00C22A4D">
                            <w:rPr>
                              <w:color w:val="000000" w:themeColor="text1"/>
                              <w:sz w:val="24"/>
                              <w:szCs w:val="24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de Ingeniería</w:t>
                          </w:r>
                          <w:r w:rsidRPr="001B3AC5">
                            <w:rPr>
                              <w:color w:val="000000" w:themeColor="text1"/>
                              <w:sz w:val="24"/>
                              <w:szCs w:val="24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2026 </w:t>
                          </w:r>
                        </w:p>
                        <w:p w14:paraId="66CC310B" w14:textId="55880F2E" w:rsidR="001B3AC5" w:rsidRPr="001B3AC5" w:rsidRDefault="001B3AC5" w:rsidP="007B06E2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  <w:lang w:val="es-MX"/>
                            </w:rPr>
                          </w:pPr>
                          <w:r w:rsidRPr="001B3AC5">
                            <w:rPr>
                              <w:color w:val="000000" w:themeColor="text1"/>
                              <w:sz w:val="24"/>
                              <w:szCs w:val="24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Nexo Agua-Energía para la Sostenibilidad de Querétaro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BFA24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0.85pt;margin-top:11.25pt;width:399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" stroked="f">
              <v:textbox style="mso-fit-shape-to-text:t">
                <w:txbxContent>
                  <w:p w14:paraId="5FBB3FA3" w14:textId="1FEA0F87" w:rsidR="00C22A4D" w:rsidRDefault="001B3AC5" w:rsidP="007B06E2">
                    <w:pPr>
                      <w:spacing w:after="0" w:line="240" w:lineRule="auto"/>
                      <w:rPr>
                        <w:color w:val="000000" w:themeColor="text1"/>
                        <w:sz w:val="24"/>
                        <w:szCs w:val="24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B3AC5">
                      <w:rPr>
                        <w:color w:val="000000" w:themeColor="text1"/>
                        <w:sz w:val="24"/>
                        <w:szCs w:val="24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Retos</w:t>
                    </w:r>
                    <w:r w:rsidR="00C22A4D">
                      <w:rPr>
                        <w:color w:val="000000" w:themeColor="text1"/>
                        <w:sz w:val="24"/>
                        <w:szCs w:val="24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de Ingeniería</w:t>
                    </w:r>
                    <w:r w:rsidRPr="001B3AC5">
                      <w:rPr>
                        <w:color w:val="000000" w:themeColor="text1"/>
                        <w:sz w:val="24"/>
                        <w:szCs w:val="24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2026 </w:t>
                    </w:r>
                  </w:p>
                  <w:p w14:paraId="66CC310B" w14:textId="55880F2E" w:rsidR="001B3AC5" w:rsidRPr="001B3AC5" w:rsidRDefault="001B3AC5" w:rsidP="007B06E2">
                    <w:pPr>
                      <w:spacing w:after="0" w:line="240" w:lineRule="auto"/>
                      <w:rPr>
                        <w:sz w:val="20"/>
                        <w:szCs w:val="20"/>
                        <w:lang w:val="es-MX"/>
                      </w:rPr>
                    </w:pPr>
                    <w:r w:rsidRPr="001B3AC5">
                      <w:rPr>
                        <w:color w:val="000000" w:themeColor="text1"/>
                        <w:sz w:val="24"/>
                        <w:szCs w:val="24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Nexo Agua-Energía para la Sostenibilidad de Querétaro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79E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ACAAE4" wp14:editId="2324BF2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9702365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D7285" w14:textId="5FC7BB6E" w:rsidR="00D279ED" w:rsidRPr="001B3AC5" w:rsidRDefault="00D279ED" w:rsidP="00D279ED">
                          <w:pPr>
                            <w:pStyle w:val="Encabezado"/>
                            <w:jc w:val="center"/>
                            <w:rPr>
                              <w:color w:val="000000" w:themeColor="text1"/>
                              <w:sz w:val="28"/>
                              <w:szCs w:val="28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64E61415" w14:textId="658F1E5F" w:rsidR="00D279ED" w:rsidRPr="00D279ED" w:rsidRDefault="00D279ED" w:rsidP="00D279ED">
                          <w:pPr>
                            <w:pStyle w:val="Encabezado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ACAAE4" id="Cuadro de texto 1" o:spid="_x0000_s1027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<v:textbox style="mso-fit-shape-to-text:t">
                <w:txbxContent>
                  <w:p w14:paraId="372D7285" w14:textId="5FC7BB6E" w:rsidR="00D279ED" w:rsidRPr="001B3AC5" w:rsidRDefault="00D279ED" w:rsidP="00D279ED">
                    <w:pPr>
                      <w:pStyle w:val="Encabezado"/>
                      <w:jc w:val="center"/>
                      <w:rPr>
                        <w:color w:val="000000" w:themeColor="text1"/>
                        <w:sz w:val="28"/>
                        <w:szCs w:val="28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64E61415" w14:textId="658F1E5F" w:rsidR="00D279ED" w:rsidRPr="00D279ED" w:rsidRDefault="00D279ED" w:rsidP="00D279ED">
                    <w:pPr>
                      <w:pStyle w:val="Encabezado"/>
                      <w:jc w:val="center"/>
                      <w:rPr>
                        <w:color w:val="000000" w:themeColor="text1"/>
                        <w:sz w:val="72"/>
                        <w:szCs w:val="7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D279ED" w:rsidRPr="00D279ED">
      <w:rPr>
        <w:noProof/>
      </w:rPr>
      <w:drawing>
        <wp:anchor distT="0" distB="0" distL="114300" distR="114300" simplePos="0" relativeHeight="251661312" behindDoc="0" locked="0" layoutInCell="1" allowOverlap="1" wp14:anchorId="0383A549" wp14:editId="5E016086">
          <wp:simplePos x="0" y="0"/>
          <wp:positionH relativeFrom="column">
            <wp:posOffset>708025</wp:posOffset>
          </wp:positionH>
          <wp:positionV relativeFrom="paragraph">
            <wp:posOffset>93345</wp:posOffset>
          </wp:positionV>
          <wp:extent cx="843915" cy="441325"/>
          <wp:effectExtent l="0" t="0" r="0" b="0"/>
          <wp:wrapNone/>
          <wp:docPr id="68" name="Imagen 67">
            <a:extLst xmlns:a="http://schemas.openxmlformats.org/drawingml/2006/main">
              <a:ext uri="{FF2B5EF4-FFF2-40B4-BE49-F238E27FC236}">
                <a16:creationId xmlns:a16="http://schemas.microsoft.com/office/drawing/2014/main" id="{73DFF0EA-42FF-4D7F-C25F-628B2E5599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n 67">
                    <a:extLst>
                      <a:ext uri="{FF2B5EF4-FFF2-40B4-BE49-F238E27FC236}">
                        <a16:creationId xmlns:a16="http://schemas.microsoft.com/office/drawing/2014/main" id="{73DFF0EA-42FF-4D7F-C25F-628B2E5599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73" t="60501" r="8413" b="6446"/>
                  <a:stretch>
                    <a:fillRect/>
                  </a:stretch>
                </pic:blipFill>
                <pic:spPr>
                  <a:xfrm>
                    <a:off x="0" y="0"/>
                    <a:ext cx="84391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79ED" w:rsidRPr="00D279ED">
      <w:rPr>
        <w:noProof/>
      </w:rPr>
      <w:drawing>
        <wp:anchor distT="0" distB="0" distL="114300" distR="114300" simplePos="0" relativeHeight="251657216" behindDoc="0" locked="0" layoutInCell="1" allowOverlap="1" wp14:anchorId="75F05F20" wp14:editId="7529A561">
          <wp:simplePos x="0" y="0"/>
          <wp:positionH relativeFrom="column">
            <wp:posOffset>0</wp:posOffset>
          </wp:positionH>
          <wp:positionV relativeFrom="paragraph">
            <wp:posOffset>-86360</wp:posOffset>
          </wp:positionV>
          <wp:extent cx="708025" cy="699135"/>
          <wp:effectExtent l="0" t="0" r="0" b="5715"/>
          <wp:wrapNone/>
          <wp:docPr id="59" name="Imagen 58">
            <a:extLst xmlns:a="http://schemas.openxmlformats.org/drawingml/2006/main">
              <a:ext uri="{FF2B5EF4-FFF2-40B4-BE49-F238E27FC236}">
                <a16:creationId xmlns:a16="http://schemas.microsoft.com/office/drawing/2014/main" id="{F1E10A16-6BF9-8AFF-D5E3-7AC2861D2B7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n 58">
                    <a:extLst>
                      <a:ext uri="{FF2B5EF4-FFF2-40B4-BE49-F238E27FC236}">
                        <a16:creationId xmlns:a16="http://schemas.microsoft.com/office/drawing/2014/main" id="{F1E10A16-6BF9-8AFF-D5E3-7AC2861D2B7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35" t="9478" r="17503" b="41369"/>
                  <a:stretch>
                    <a:fillRect/>
                  </a:stretch>
                </pic:blipFill>
                <pic:spPr>
                  <a:xfrm>
                    <a:off x="0" y="0"/>
                    <a:ext cx="708025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6003316">
    <w:abstractNumId w:val="8"/>
  </w:num>
  <w:num w:numId="2" w16cid:durableId="914121202">
    <w:abstractNumId w:val="6"/>
  </w:num>
  <w:num w:numId="3" w16cid:durableId="1463303689">
    <w:abstractNumId w:val="5"/>
  </w:num>
  <w:num w:numId="4" w16cid:durableId="1241207938">
    <w:abstractNumId w:val="4"/>
  </w:num>
  <w:num w:numId="5" w16cid:durableId="955796597">
    <w:abstractNumId w:val="7"/>
  </w:num>
  <w:num w:numId="6" w16cid:durableId="2043019344">
    <w:abstractNumId w:val="3"/>
  </w:num>
  <w:num w:numId="7" w16cid:durableId="566915200">
    <w:abstractNumId w:val="2"/>
  </w:num>
  <w:num w:numId="8" w16cid:durableId="1188636019">
    <w:abstractNumId w:val="1"/>
  </w:num>
  <w:num w:numId="9" w16cid:durableId="109146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7CF4"/>
    <w:rsid w:val="0015074B"/>
    <w:rsid w:val="001B3AC5"/>
    <w:rsid w:val="001F3399"/>
    <w:rsid w:val="002865F3"/>
    <w:rsid w:val="0029639D"/>
    <w:rsid w:val="00326F90"/>
    <w:rsid w:val="003F5242"/>
    <w:rsid w:val="004052A3"/>
    <w:rsid w:val="00483401"/>
    <w:rsid w:val="00571455"/>
    <w:rsid w:val="00603452"/>
    <w:rsid w:val="00712468"/>
    <w:rsid w:val="00726A93"/>
    <w:rsid w:val="00780A62"/>
    <w:rsid w:val="007B06E2"/>
    <w:rsid w:val="007B236E"/>
    <w:rsid w:val="00913684"/>
    <w:rsid w:val="0091640C"/>
    <w:rsid w:val="009D46F2"/>
    <w:rsid w:val="00A12D80"/>
    <w:rsid w:val="00A4318D"/>
    <w:rsid w:val="00AA1D8D"/>
    <w:rsid w:val="00B47730"/>
    <w:rsid w:val="00BA7401"/>
    <w:rsid w:val="00C22A4D"/>
    <w:rsid w:val="00CB0664"/>
    <w:rsid w:val="00D279ED"/>
    <w:rsid w:val="00DD4B61"/>
    <w:rsid w:val="00E160AE"/>
    <w:rsid w:val="00ED3375"/>
    <w:rsid w:val="00F046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5F6BE7"/>
  <w14:defaultImageDpi w14:val="300"/>
  <w15:docId w15:val="{FFA392BB-EADA-477B-8C59-75991A1B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D2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7124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124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1246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24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246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26A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Eduardo Vences Alvarez</cp:lastModifiedBy>
  <cp:revision>12</cp:revision>
  <cp:lastPrinted>2026-08-21T01:25:00Z</cp:lastPrinted>
  <dcterms:created xsi:type="dcterms:W3CDTF">2026-08-19T22:21:00Z</dcterms:created>
  <dcterms:modified xsi:type="dcterms:W3CDTF">2026-08-21T01:25:00Z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bb07abda-f6ad-4fbf-bd3a-b543286bf4f3</vt:lpwstr>
  </property>
</Properties>
</file>